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B3A05" w14:textId="77777777" w:rsidR="00176610" w:rsidRDefault="00000000">
      <w:pPr>
        <w:jc w:val="center"/>
      </w:pPr>
      <w:r>
        <w:rPr>
          <w:b/>
          <w:color w:val="1F4E79"/>
          <w:sz w:val="36"/>
        </w:rPr>
        <w:t>Subject Matter Expert (SME) Application</w:t>
      </w:r>
    </w:p>
    <w:p w14:paraId="082DBB65" w14:textId="77777777" w:rsidR="00176610" w:rsidRDefault="00000000">
      <w:pPr>
        <w:jc w:val="center"/>
      </w:pPr>
      <w:r>
        <w:rPr>
          <w:i/>
        </w:rPr>
        <w:t>Certification Technical/Advisory Role | One-Year Term or Project Appointment</w:t>
      </w:r>
    </w:p>
    <w:tbl>
      <w:tblPr>
        <w:tblW w:w="0" w:type="auto"/>
        <w:jc w:val="center"/>
        <w:tblLook w:val="04A0" w:firstRow="1" w:lastRow="0" w:firstColumn="1" w:lastColumn="0" w:noHBand="0" w:noVBand="1"/>
      </w:tblPr>
      <w:tblGrid>
        <w:gridCol w:w="10368"/>
      </w:tblGrid>
      <w:tr w:rsidR="00176610" w14:paraId="498918B1" w14:textId="77777777">
        <w:trPr>
          <w:jc w:val="center"/>
        </w:trPr>
        <w:tc>
          <w:tcPr>
            <w:tcW w:w="10368" w:type="dxa"/>
            <w:shd w:val="clear" w:color="auto" w:fill="1F4E79"/>
            <w:tcMar>
              <w:top w:w="50" w:type="dxa"/>
              <w:left w:w="100" w:type="dxa"/>
              <w:bottom w:w="50" w:type="dxa"/>
              <w:right w:w="100" w:type="dxa"/>
            </w:tcMar>
          </w:tcPr>
          <w:p w14:paraId="5D7AC29E" w14:textId="77777777" w:rsidR="00176610" w:rsidRDefault="00000000">
            <w:pPr>
              <w:jc w:val="center"/>
            </w:pPr>
            <w:r>
              <w:rPr>
                <w:b/>
                <w:color w:val="FFFFFF"/>
                <w:sz w:val="22"/>
              </w:rPr>
              <w:t>APPLICANT INFORMATION</w:t>
            </w:r>
          </w:p>
        </w:tc>
      </w:tr>
    </w:tbl>
    <w:p w14:paraId="2B850A5B" w14:textId="77777777" w:rsidR="00176610" w:rsidRDefault="00176610">
      <w:pPr>
        <w:spacing w:after="0"/>
      </w:pPr>
    </w:p>
    <w:tbl>
      <w:tblPr>
        <w:tblW w:w="0" w:type="auto"/>
        <w:jc w:val="center"/>
        <w:tblLayout w:type="fixed"/>
        <w:tblLook w:val="04A0" w:firstRow="1" w:lastRow="0" w:firstColumn="1" w:lastColumn="0" w:noHBand="0" w:noVBand="1"/>
      </w:tblPr>
      <w:tblGrid>
        <w:gridCol w:w="5112"/>
        <w:gridCol w:w="5112"/>
      </w:tblGrid>
      <w:tr w:rsidR="00176610" w14:paraId="61752EFE" w14:textId="77777777">
        <w:trPr>
          <w:jc w:val="center"/>
        </w:trPr>
        <w:tc>
          <w:tcPr>
            <w:tcW w:w="5112" w:type="dxa"/>
            <w:tcMar>
              <w:top w:w="60" w:type="dxa"/>
              <w:left w:w="70" w:type="dxa"/>
              <w:bottom w:w="60" w:type="dxa"/>
              <w:right w:w="70" w:type="dxa"/>
            </w:tcMar>
          </w:tcPr>
          <w:p w14:paraId="29EB068C" w14:textId="77777777" w:rsidR="00176610" w:rsidRDefault="00000000">
            <w:r>
              <w:rPr>
                <w:b/>
              </w:rPr>
              <w:t xml:space="preserve">Full name  </w:t>
            </w:r>
            <w:r>
              <w:rPr>
                <w:color w:val="646464"/>
              </w:rPr>
              <w:t>________________________________</w:t>
            </w:r>
          </w:p>
        </w:tc>
        <w:tc>
          <w:tcPr>
            <w:tcW w:w="5112" w:type="dxa"/>
            <w:tcMar>
              <w:top w:w="60" w:type="dxa"/>
              <w:left w:w="70" w:type="dxa"/>
              <w:bottom w:w="60" w:type="dxa"/>
              <w:right w:w="70" w:type="dxa"/>
            </w:tcMar>
          </w:tcPr>
          <w:p w14:paraId="3866F942" w14:textId="77777777" w:rsidR="00176610" w:rsidRDefault="00000000">
            <w:r>
              <w:rPr>
                <w:b/>
              </w:rPr>
              <w:t xml:space="preserve">Date  </w:t>
            </w:r>
            <w:r>
              <w:rPr>
                <w:color w:val="646464"/>
              </w:rPr>
              <w:t>________________________________</w:t>
            </w:r>
          </w:p>
        </w:tc>
      </w:tr>
      <w:tr w:rsidR="00176610" w14:paraId="53398757" w14:textId="77777777">
        <w:trPr>
          <w:jc w:val="center"/>
        </w:trPr>
        <w:tc>
          <w:tcPr>
            <w:tcW w:w="5112" w:type="dxa"/>
            <w:tcMar>
              <w:top w:w="60" w:type="dxa"/>
              <w:left w:w="70" w:type="dxa"/>
              <w:bottom w:w="60" w:type="dxa"/>
              <w:right w:w="70" w:type="dxa"/>
            </w:tcMar>
          </w:tcPr>
          <w:p w14:paraId="6798B431" w14:textId="77777777" w:rsidR="00176610" w:rsidRDefault="00000000">
            <w:r>
              <w:rPr>
                <w:b/>
              </w:rPr>
              <w:t xml:space="preserve">Address  </w:t>
            </w:r>
            <w:r>
              <w:rPr>
                <w:color w:val="646464"/>
              </w:rPr>
              <w:t>________________________________</w:t>
            </w:r>
          </w:p>
        </w:tc>
        <w:tc>
          <w:tcPr>
            <w:tcW w:w="5112" w:type="dxa"/>
            <w:tcMar>
              <w:top w:w="60" w:type="dxa"/>
              <w:left w:w="70" w:type="dxa"/>
              <w:bottom w:w="60" w:type="dxa"/>
              <w:right w:w="70" w:type="dxa"/>
            </w:tcMar>
          </w:tcPr>
          <w:p w14:paraId="6845A78C" w14:textId="77777777" w:rsidR="00176610" w:rsidRDefault="00000000">
            <w:r>
              <w:rPr>
                <w:b/>
              </w:rPr>
              <w:t xml:space="preserve">Phone  </w:t>
            </w:r>
            <w:r>
              <w:rPr>
                <w:color w:val="646464"/>
              </w:rPr>
              <w:t>________________________________</w:t>
            </w:r>
          </w:p>
        </w:tc>
      </w:tr>
      <w:tr w:rsidR="00176610" w14:paraId="570186C7" w14:textId="77777777">
        <w:trPr>
          <w:jc w:val="center"/>
        </w:trPr>
        <w:tc>
          <w:tcPr>
            <w:tcW w:w="5112" w:type="dxa"/>
            <w:tcMar>
              <w:top w:w="60" w:type="dxa"/>
              <w:left w:w="70" w:type="dxa"/>
              <w:bottom w:w="60" w:type="dxa"/>
              <w:right w:w="70" w:type="dxa"/>
            </w:tcMar>
          </w:tcPr>
          <w:p w14:paraId="6109FA82" w14:textId="77777777" w:rsidR="00176610" w:rsidRDefault="00000000">
            <w:r>
              <w:rPr>
                <w:b/>
              </w:rPr>
              <w:t xml:space="preserve">City / State / ZIP  </w:t>
            </w:r>
            <w:r>
              <w:rPr>
                <w:color w:val="646464"/>
              </w:rPr>
              <w:t>________________________________</w:t>
            </w:r>
          </w:p>
        </w:tc>
        <w:tc>
          <w:tcPr>
            <w:tcW w:w="5112" w:type="dxa"/>
            <w:tcMar>
              <w:top w:w="60" w:type="dxa"/>
              <w:left w:w="70" w:type="dxa"/>
              <w:bottom w:w="60" w:type="dxa"/>
              <w:right w:w="70" w:type="dxa"/>
            </w:tcMar>
          </w:tcPr>
          <w:p w14:paraId="56DC2843" w14:textId="77777777" w:rsidR="00176610" w:rsidRDefault="00000000">
            <w:r>
              <w:rPr>
                <w:b/>
              </w:rPr>
              <w:t xml:space="preserve">Email  </w:t>
            </w:r>
            <w:r>
              <w:rPr>
                <w:color w:val="646464"/>
              </w:rPr>
              <w:t>________________________________</w:t>
            </w:r>
          </w:p>
        </w:tc>
      </w:tr>
      <w:tr w:rsidR="00176610" w14:paraId="0A75807C" w14:textId="77777777">
        <w:trPr>
          <w:jc w:val="center"/>
        </w:trPr>
        <w:tc>
          <w:tcPr>
            <w:tcW w:w="5112" w:type="dxa"/>
            <w:tcMar>
              <w:top w:w="60" w:type="dxa"/>
              <w:left w:w="70" w:type="dxa"/>
              <w:bottom w:w="60" w:type="dxa"/>
              <w:right w:w="70" w:type="dxa"/>
            </w:tcMar>
          </w:tcPr>
          <w:p w14:paraId="709C6478" w14:textId="77777777" w:rsidR="00176610" w:rsidRDefault="00000000">
            <w:r>
              <w:rPr>
                <w:b/>
              </w:rPr>
              <w:t xml:space="preserve">SA-C certification number  </w:t>
            </w:r>
            <w:r>
              <w:rPr>
                <w:color w:val="646464"/>
              </w:rPr>
              <w:t>________________________________</w:t>
            </w:r>
          </w:p>
        </w:tc>
        <w:tc>
          <w:tcPr>
            <w:tcW w:w="5112" w:type="dxa"/>
            <w:tcMar>
              <w:top w:w="60" w:type="dxa"/>
              <w:left w:w="70" w:type="dxa"/>
              <w:bottom w:w="60" w:type="dxa"/>
              <w:right w:w="70" w:type="dxa"/>
            </w:tcMar>
          </w:tcPr>
          <w:p w14:paraId="3AC74A2D" w14:textId="77777777" w:rsidR="00176610" w:rsidRDefault="00000000">
            <w:r>
              <w:rPr>
                <w:b/>
              </w:rPr>
              <w:t xml:space="preserve">Current certification expiration  </w:t>
            </w:r>
            <w:r>
              <w:rPr>
                <w:color w:val="646464"/>
              </w:rPr>
              <w:t>________________________________</w:t>
            </w:r>
          </w:p>
        </w:tc>
      </w:tr>
    </w:tbl>
    <w:tbl>
      <w:tblPr>
        <w:tblW w:w="0" w:type="auto"/>
        <w:jc w:val="center"/>
        <w:tblLook w:val="04A0" w:firstRow="1" w:lastRow="0" w:firstColumn="1" w:lastColumn="0" w:noHBand="0" w:noVBand="1"/>
      </w:tblPr>
      <w:tblGrid>
        <w:gridCol w:w="10368"/>
      </w:tblGrid>
      <w:tr w:rsidR="00176610" w14:paraId="1031AB61" w14:textId="77777777">
        <w:trPr>
          <w:jc w:val="center"/>
        </w:trPr>
        <w:tc>
          <w:tcPr>
            <w:tcW w:w="10368" w:type="dxa"/>
            <w:shd w:val="clear" w:color="auto" w:fill="1F4E79"/>
            <w:tcMar>
              <w:top w:w="50" w:type="dxa"/>
              <w:left w:w="100" w:type="dxa"/>
              <w:bottom w:w="50" w:type="dxa"/>
              <w:right w:w="100" w:type="dxa"/>
            </w:tcMar>
          </w:tcPr>
          <w:p w14:paraId="58CECA3F" w14:textId="77777777" w:rsidR="00176610" w:rsidRDefault="00000000">
            <w:pPr>
              <w:jc w:val="center"/>
            </w:pPr>
            <w:r>
              <w:rPr>
                <w:b/>
                <w:color w:val="FFFFFF"/>
                <w:sz w:val="22"/>
              </w:rPr>
              <w:t>PROFESSIONAL BACKGROUND</w:t>
            </w:r>
          </w:p>
        </w:tc>
      </w:tr>
    </w:tbl>
    <w:p w14:paraId="5C886F92" w14:textId="77777777" w:rsidR="00176610" w:rsidRDefault="00176610">
      <w:pPr>
        <w:spacing w:after="0"/>
      </w:pPr>
    </w:p>
    <w:tbl>
      <w:tblPr>
        <w:tblW w:w="0" w:type="auto"/>
        <w:jc w:val="center"/>
        <w:tblLayout w:type="fixed"/>
        <w:tblLook w:val="04A0" w:firstRow="1" w:lastRow="0" w:firstColumn="1" w:lastColumn="0" w:noHBand="0" w:noVBand="1"/>
      </w:tblPr>
      <w:tblGrid>
        <w:gridCol w:w="5112"/>
        <w:gridCol w:w="5112"/>
      </w:tblGrid>
      <w:tr w:rsidR="00176610" w14:paraId="4252040F" w14:textId="77777777">
        <w:trPr>
          <w:jc w:val="center"/>
        </w:trPr>
        <w:tc>
          <w:tcPr>
            <w:tcW w:w="5112" w:type="dxa"/>
            <w:tcMar>
              <w:top w:w="60" w:type="dxa"/>
              <w:left w:w="70" w:type="dxa"/>
              <w:bottom w:w="60" w:type="dxa"/>
              <w:right w:w="70" w:type="dxa"/>
            </w:tcMar>
          </w:tcPr>
          <w:p w14:paraId="792D0AE1" w14:textId="77777777" w:rsidR="00176610" w:rsidRDefault="00000000">
            <w:r>
              <w:rPr>
                <w:b/>
              </w:rPr>
              <w:t xml:space="preserve">Current employer  </w:t>
            </w:r>
            <w:r>
              <w:rPr>
                <w:color w:val="646464"/>
              </w:rPr>
              <w:t>________________________________</w:t>
            </w:r>
          </w:p>
        </w:tc>
        <w:tc>
          <w:tcPr>
            <w:tcW w:w="5112" w:type="dxa"/>
            <w:tcMar>
              <w:top w:w="60" w:type="dxa"/>
              <w:left w:w="70" w:type="dxa"/>
              <w:bottom w:w="60" w:type="dxa"/>
              <w:right w:w="70" w:type="dxa"/>
            </w:tcMar>
          </w:tcPr>
          <w:p w14:paraId="50074795" w14:textId="77777777" w:rsidR="00176610" w:rsidRDefault="00000000">
            <w:r>
              <w:rPr>
                <w:b/>
              </w:rPr>
              <w:t xml:space="preserve">Current position/title  </w:t>
            </w:r>
            <w:r>
              <w:rPr>
                <w:color w:val="646464"/>
              </w:rPr>
              <w:t>________________________________</w:t>
            </w:r>
          </w:p>
        </w:tc>
      </w:tr>
      <w:tr w:rsidR="00176610" w14:paraId="68CF3673" w14:textId="77777777">
        <w:trPr>
          <w:jc w:val="center"/>
        </w:trPr>
        <w:tc>
          <w:tcPr>
            <w:tcW w:w="5112" w:type="dxa"/>
            <w:tcMar>
              <w:top w:w="60" w:type="dxa"/>
              <w:left w:w="70" w:type="dxa"/>
              <w:bottom w:w="60" w:type="dxa"/>
              <w:right w:w="70" w:type="dxa"/>
            </w:tcMar>
          </w:tcPr>
          <w:p w14:paraId="5F7280A0" w14:textId="77777777" w:rsidR="00176610" w:rsidRDefault="00000000">
            <w:r>
              <w:rPr>
                <w:b/>
              </w:rPr>
              <w:t xml:space="preserve">Years employed in surgery  </w:t>
            </w:r>
            <w:r>
              <w:rPr>
                <w:color w:val="646464"/>
              </w:rPr>
              <w:t>________________________________</w:t>
            </w:r>
          </w:p>
        </w:tc>
        <w:tc>
          <w:tcPr>
            <w:tcW w:w="5112" w:type="dxa"/>
            <w:tcMar>
              <w:top w:w="60" w:type="dxa"/>
              <w:left w:w="70" w:type="dxa"/>
              <w:bottom w:w="60" w:type="dxa"/>
              <w:right w:w="70" w:type="dxa"/>
            </w:tcMar>
          </w:tcPr>
          <w:p w14:paraId="46BD5769" w14:textId="77777777" w:rsidR="00176610" w:rsidRDefault="00000000">
            <w:r>
              <w:rPr>
                <w:b/>
              </w:rPr>
              <w:t xml:space="preserve">Years practicing as a surgical assistant  </w:t>
            </w:r>
            <w:r>
              <w:rPr>
                <w:color w:val="646464"/>
              </w:rPr>
              <w:t>________________________________</w:t>
            </w:r>
          </w:p>
        </w:tc>
      </w:tr>
    </w:tbl>
    <w:p w14:paraId="7068DBC6" w14:textId="77777777" w:rsidR="00176610" w:rsidRDefault="00000000">
      <w:r>
        <w:rPr>
          <w:b/>
        </w:rPr>
        <w:t xml:space="preserve">Primary surgical specialties / areas of experience: </w:t>
      </w:r>
      <w:r>
        <w:t>______________________________________________________________</w:t>
      </w:r>
    </w:p>
    <w:p w14:paraId="01C440C1" w14:textId="77777777" w:rsidR="00176610" w:rsidRDefault="00000000">
      <w:r>
        <w:rPr>
          <w:b/>
        </w:rPr>
        <w:t xml:space="preserve">Education / professional credentials: </w:t>
      </w:r>
      <w:r>
        <w:t>________________________________________________________________</w:t>
      </w:r>
    </w:p>
    <w:p w14:paraId="60F4EF79" w14:textId="77777777" w:rsidR="00176610" w:rsidRDefault="00000000">
      <w:r>
        <w:rPr>
          <w:b/>
        </w:rPr>
        <w:t xml:space="preserve">Geographic region / state of current practice: </w:t>
      </w:r>
      <w:r>
        <w:t>________________________________________________________</w:t>
      </w:r>
    </w:p>
    <w:tbl>
      <w:tblPr>
        <w:tblW w:w="0" w:type="auto"/>
        <w:jc w:val="center"/>
        <w:tblLook w:val="04A0" w:firstRow="1" w:lastRow="0" w:firstColumn="1" w:lastColumn="0" w:noHBand="0" w:noVBand="1"/>
      </w:tblPr>
      <w:tblGrid>
        <w:gridCol w:w="10368"/>
      </w:tblGrid>
      <w:tr w:rsidR="00176610" w14:paraId="56235D41" w14:textId="77777777">
        <w:trPr>
          <w:jc w:val="center"/>
        </w:trPr>
        <w:tc>
          <w:tcPr>
            <w:tcW w:w="10368" w:type="dxa"/>
            <w:shd w:val="clear" w:color="auto" w:fill="1F4E79"/>
            <w:tcMar>
              <w:top w:w="50" w:type="dxa"/>
              <w:left w:w="100" w:type="dxa"/>
              <w:bottom w:w="50" w:type="dxa"/>
              <w:right w:w="100" w:type="dxa"/>
            </w:tcMar>
          </w:tcPr>
          <w:p w14:paraId="2F93DA1D" w14:textId="77777777" w:rsidR="00176610" w:rsidRDefault="00000000">
            <w:pPr>
              <w:jc w:val="center"/>
            </w:pPr>
            <w:r>
              <w:rPr>
                <w:b/>
                <w:color w:val="FFFFFF"/>
                <w:sz w:val="22"/>
              </w:rPr>
              <w:t>SME AREAS OF INTEREST</w:t>
            </w:r>
          </w:p>
        </w:tc>
      </w:tr>
    </w:tbl>
    <w:p w14:paraId="25BD74D6" w14:textId="77777777" w:rsidR="00176610" w:rsidRDefault="00176610">
      <w:pPr>
        <w:spacing w:after="0"/>
      </w:pPr>
    </w:p>
    <w:p w14:paraId="7037F0A2" w14:textId="77777777" w:rsidR="00176610" w:rsidRDefault="00000000">
      <w:r>
        <w:t>Please check all activities for which you would like to be considered:</w:t>
      </w:r>
    </w:p>
    <w:p w14:paraId="2D176E37" w14:textId="77777777" w:rsidR="00176610" w:rsidRDefault="00000000">
      <w:pPr>
        <w:spacing w:after="20"/>
      </w:pPr>
      <w:r>
        <w:t>☐ Examination item writing</w:t>
      </w:r>
    </w:p>
    <w:p w14:paraId="76EBF517" w14:textId="77777777" w:rsidR="00176610" w:rsidRDefault="00000000">
      <w:pPr>
        <w:spacing w:after="20"/>
      </w:pPr>
      <w:r>
        <w:t>☐ Examination item / exam review</w:t>
      </w:r>
    </w:p>
    <w:p w14:paraId="55266DA3" w14:textId="77777777" w:rsidR="00176610" w:rsidRDefault="00000000">
      <w:pPr>
        <w:spacing w:after="20"/>
      </w:pPr>
      <w:r>
        <w:t>☐ Job / practice analysis</w:t>
      </w:r>
    </w:p>
    <w:p w14:paraId="3E48F0D7" w14:textId="77777777" w:rsidR="00176610" w:rsidRDefault="00000000">
      <w:pPr>
        <w:spacing w:after="20"/>
      </w:pPr>
      <w:r>
        <w:t>☐ Examination content-outline review</w:t>
      </w:r>
    </w:p>
    <w:p w14:paraId="0F4C2DCB" w14:textId="77777777" w:rsidR="00176610" w:rsidRDefault="00000000">
      <w:pPr>
        <w:spacing w:after="20"/>
      </w:pPr>
      <w:r>
        <w:t>☐ Examination form review</w:t>
      </w:r>
    </w:p>
    <w:p w14:paraId="7885755F" w14:textId="77777777" w:rsidR="00176610" w:rsidRDefault="00000000">
      <w:pPr>
        <w:spacing w:after="20"/>
      </w:pPr>
      <w:r>
        <w:t>☐ Standard-setting activities</w:t>
      </w:r>
    </w:p>
    <w:p w14:paraId="32F4B94B" w14:textId="77777777" w:rsidR="00176610" w:rsidRDefault="00000000">
      <w:pPr>
        <w:spacing w:after="20"/>
      </w:pPr>
      <w:r>
        <w:t>☐ Other certification technical/advisory activities as assigned by the Certification Council</w:t>
      </w:r>
    </w:p>
    <w:tbl>
      <w:tblPr>
        <w:tblW w:w="0" w:type="auto"/>
        <w:jc w:val="center"/>
        <w:tblLook w:val="04A0" w:firstRow="1" w:lastRow="0" w:firstColumn="1" w:lastColumn="0" w:noHBand="0" w:noVBand="1"/>
      </w:tblPr>
      <w:tblGrid>
        <w:gridCol w:w="10368"/>
      </w:tblGrid>
      <w:tr w:rsidR="00176610" w14:paraId="3C5C3502" w14:textId="77777777">
        <w:trPr>
          <w:jc w:val="center"/>
        </w:trPr>
        <w:tc>
          <w:tcPr>
            <w:tcW w:w="10368" w:type="dxa"/>
            <w:shd w:val="clear" w:color="auto" w:fill="1F4E79"/>
            <w:tcMar>
              <w:top w:w="50" w:type="dxa"/>
              <w:left w:w="100" w:type="dxa"/>
              <w:bottom w:w="50" w:type="dxa"/>
              <w:right w:w="100" w:type="dxa"/>
            </w:tcMar>
          </w:tcPr>
          <w:p w14:paraId="71754EC8" w14:textId="77777777" w:rsidR="00176610" w:rsidRDefault="00000000">
            <w:pPr>
              <w:jc w:val="center"/>
            </w:pPr>
            <w:r>
              <w:rPr>
                <w:b/>
                <w:color w:val="FFFFFF"/>
                <w:sz w:val="22"/>
              </w:rPr>
              <w:t>EXPERIENCE AND INTEREST</w:t>
            </w:r>
          </w:p>
        </w:tc>
      </w:tr>
    </w:tbl>
    <w:p w14:paraId="386A6C5D" w14:textId="77777777" w:rsidR="00176610" w:rsidRDefault="00176610">
      <w:pPr>
        <w:spacing w:after="0"/>
      </w:pPr>
    </w:p>
    <w:p w14:paraId="65CBEF12" w14:textId="77777777" w:rsidR="00176610" w:rsidRDefault="00000000">
      <w:r>
        <w:rPr>
          <w:b/>
        </w:rPr>
        <w:t>Briefly describe the knowledge and experience you would bring to ABSA SME activities:</w:t>
      </w:r>
    </w:p>
    <w:p w14:paraId="5B9F63B9" w14:textId="77777777" w:rsidR="00176610" w:rsidRDefault="00000000">
      <w:pPr>
        <w:spacing w:after="20"/>
      </w:pPr>
      <w:r>
        <w:t>________________________________________________________________________________________</w:t>
      </w:r>
    </w:p>
    <w:p w14:paraId="0CC1966A" w14:textId="77777777" w:rsidR="00176610" w:rsidRDefault="00000000">
      <w:pPr>
        <w:spacing w:after="20"/>
      </w:pPr>
      <w:r>
        <w:t>________________________________________________________________________________________</w:t>
      </w:r>
    </w:p>
    <w:p w14:paraId="79B40AB0" w14:textId="77777777" w:rsidR="00176610" w:rsidRDefault="00000000">
      <w:pPr>
        <w:spacing w:after="20"/>
      </w:pPr>
      <w:r>
        <w:lastRenderedPageBreak/>
        <w:t>________________________________________________________________________________________</w:t>
      </w:r>
    </w:p>
    <w:p w14:paraId="0B0B0C42" w14:textId="77777777" w:rsidR="00176610" w:rsidRDefault="00000000">
      <w:r>
        <w:rPr>
          <w:b/>
        </w:rPr>
        <w:t>Why are you interested in serving as an ABSA Subject Matter Expert?</w:t>
      </w:r>
    </w:p>
    <w:p w14:paraId="41E1FF71" w14:textId="77777777" w:rsidR="00176610" w:rsidRDefault="00000000">
      <w:pPr>
        <w:spacing w:after="20"/>
      </w:pPr>
      <w:r>
        <w:t>________________________________________________________________________________________</w:t>
      </w:r>
    </w:p>
    <w:p w14:paraId="16116620" w14:textId="77777777" w:rsidR="00176610" w:rsidRDefault="00000000">
      <w:pPr>
        <w:spacing w:after="20"/>
      </w:pPr>
      <w:r>
        <w:t>________________________________________________________________________________________</w:t>
      </w:r>
    </w:p>
    <w:p w14:paraId="34878576" w14:textId="77777777" w:rsidR="00176610" w:rsidRDefault="00000000">
      <w:pPr>
        <w:spacing w:after="20"/>
      </w:pPr>
      <w:r>
        <w:t>________________________________________________________________________________________</w:t>
      </w:r>
    </w:p>
    <w:tbl>
      <w:tblPr>
        <w:tblW w:w="0" w:type="auto"/>
        <w:jc w:val="center"/>
        <w:tblLook w:val="04A0" w:firstRow="1" w:lastRow="0" w:firstColumn="1" w:lastColumn="0" w:noHBand="0" w:noVBand="1"/>
      </w:tblPr>
      <w:tblGrid>
        <w:gridCol w:w="10368"/>
      </w:tblGrid>
      <w:tr w:rsidR="00176610" w14:paraId="7FC65770" w14:textId="77777777">
        <w:trPr>
          <w:jc w:val="center"/>
        </w:trPr>
        <w:tc>
          <w:tcPr>
            <w:tcW w:w="10368" w:type="dxa"/>
            <w:shd w:val="clear" w:color="auto" w:fill="1F4E79"/>
            <w:tcMar>
              <w:top w:w="50" w:type="dxa"/>
              <w:left w:w="100" w:type="dxa"/>
              <w:bottom w:w="50" w:type="dxa"/>
              <w:right w:w="100" w:type="dxa"/>
            </w:tcMar>
          </w:tcPr>
          <w:p w14:paraId="4E17BD4F" w14:textId="77777777" w:rsidR="00176610" w:rsidRDefault="00000000">
            <w:pPr>
              <w:jc w:val="center"/>
            </w:pPr>
            <w:r>
              <w:rPr>
                <w:b/>
                <w:color w:val="FFFFFF"/>
                <w:sz w:val="22"/>
              </w:rPr>
              <w:t>APPLICANT ACKNOWLEDGEMENT</w:t>
            </w:r>
          </w:p>
        </w:tc>
      </w:tr>
    </w:tbl>
    <w:p w14:paraId="7715586C" w14:textId="77777777" w:rsidR="00176610" w:rsidRDefault="00176610">
      <w:pPr>
        <w:spacing w:after="0"/>
      </w:pPr>
    </w:p>
    <w:p w14:paraId="08EE2771" w14:textId="77777777" w:rsidR="00176610" w:rsidRDefault="00000000">
      <w:pPr>
        <w:spacing w:after="100"/>
      </w:pPr>
      <w:r>
        <w:t>I understand that an ABSA Subject Matter Expert serves in a technical/advisory capacity and does not possess independent certification-governance authority. Selection is based on certification-program and project needs. If selected, I agree to complete required training, meet assigned deadlines, participate in required meetings, protect examination security and confidential information, disclose actual, potential, or perceived conflicts of interest, and sign all required confidentiality, security, conflict-of-interest, and Commitment to Serve agreements.</w:t>
      </w:r>
    </w:p>
    <w:tbl>
      <w:tblPr>
        <w:tblW w:w="0" w:type="auto"/>
        <w:jc w:val="center"/>
        <w:tblLayout w:type="fixed"/>
        <w:tblLook w:val="04A0" w:firstRow="1" w:lastRow="0" w:firstColumn="1" w:lastColumn="0" w:noHBand="0" w:noVBand="1"/>
      </w:tblPr>
      <w:tblGrid>
        <w:gridCol w:w="5112"/>
        <w:gridCol w:w="5112"/>
      </w:tblGrid>
      <w:tr w:rsidR="00176610" w14:paraId="4139EAAE" w14:textId="77777777">
        <w:trPr>
          <w:jc w:val="center"/>
        </w:trPr>
        <w:tc>
          <w:tcPr>
            <w:tcW w:w="5112" w:type="dxa"/>
            <w:tcMar>
              <w:top w:w="60" w:type="dxa"/>
              <w:left w:w="70" w:type="dxa"/>
              <w:bottom w:w="60" w:type="dxa"/>
              <w:right w:w="70" w:type="dxa"/>
            </w:tcMar>
          </w:tcPr>
          <w:p w14:paraId="336BC56F" w14:textId="77777777" w:rsidR="00176610" w:rsidRDefault="00000000">
            <w:r>
              <w:rPr>
                <w:b/>
              </w:rPr>
              <w:t xml:space="preserve">Applicant signature  </w:t>
            </w:r>
            <w:r>
              <w:rPr>
                <w:color w:val="646464"/>
              </w:rPr>
              <w:t>________________________________</w:t>
            </w:r>
          </w:p>
        </w:tc>
        <w:tc>
          <w:tcPr>
            <w:tcW w:w="5112" w:type="dxa"/>
            <w:tcMar>
              <w:top w:w="60" w:type="dxa"/>
              <w:left w:w="70" w:type="dxa"/>
              <w:bottom w:w="60" w:type="dxa"/>
              <w:right w:w="70" w:type="dxa"/>
            </w:tcMar>
          </w:tcPr>
          <w:p w14:paraId="488213AF" w14:textId="77777777" w:rsidR="00176610" w:rsidRDefault="00000000">
            <w:r>
              <w:rPr>
                <w:b/>
              </w:rPr>
              <w:t xml:space="preserve">Date  </w:t>
            </w:r>
            <w:r>
              <w:rPr>
                <w:color w:val="646464"/>
              </w:rPr>
              <w:t>________________________________</w:t>
            </w:r>
          </w:p>
        </w:tc>
      </w:tr>
    </w:tbl>
    <w:tbl>
      <w:tblPr>
        <w:tblW w:w="0" w:type="auto"/>
        <w:jc w:val="center"/>
        <w:tblLook w:val="04A0" w:firstRow="1" w:lastRow="0" w:firstColumn="1" w:lastColumn="0" w:noHBand="0" w:noVBand="1"/>
      </w:tblPr>
      <w:tblGrid>
        <w:gridCol w:w="10368"/>
      </w:tblGrid>
      <w:tr w:rsidR="00176610" w14:paraId="4B8D8F10" w14:textId="77777777">
        <w:trPr>
          <w:jc w:val="center"/>
        </w:trPr>
        <w:tc>
          <w:tcPr>
            <w:tcW w:w="10368" w:type="dxa"/>
            <w:shd w:val="clear" w:color="auto" w:fill="1F4E79"/>
            <w:tcMar>
              <w:top w:w="50" w:type="dxa"/>
              <w:left w:w="100" w:type="dxa"/>
              <w:bottom w:w="50" w:type="dxa"/>
              <w:right w:w="100" w:type="dxa"/>
            </w:tcMar>
          </w:tcPr>
          <w:p w14:paraId="65ECE156" w14:textId="77777777" w:rsidR="00176610" w:rsidRDefault="00000000">
            <w:pPr>
              <w:jc w:val="center"/>
            </w:pPr>
            <w:r>
              <w:rPr>
                <w:b/>
                <w:color w:val="FFFFFF"/>
                <w:sz w:val="22"/>
              </w:rPr>
              <w:t>SUBMISSION DOCUMENTS</w:t>
            </w:r>
          </w:p>
        </w:tc>
      </w:tr>
    </w:tbl>
    <w:p w14:paraId="10B62518" w14:textId="77777777" w:rsidR="00176610" w:rsidRDefault="00176610">
      <w:pPr>
        <w:spacing w:after="0"/>
      </w:pPr>
    </w:p>
    <w:p w14:paraId="36B9B9C0" w14:textId="77777777" w:rsidR="00176610" w:rsidRDefault="00000000">
      <w:pPr>
        <w:spacing w:after="20"/>
      </w:pPr>
      <w:r>
        <w:t>☐ Completed SME Application</w:t>
      </w:r>
    </w:p>
    <w:p w14:paraId="0E17BECA" w14:textId="77777777" w:rsidR="00176610" w:rsidRDefault="00000000">
      <w:pPr>
        <w:spacing w:after="20"/>
      </w:pPr>
      <w:r>
        <w:t>☐ Current résumé / CV</w:t>
      </w:r>
    </w:p>
    <w:p w14:paraId="3FFEFC29" w14:textId="77777777" w:rsidR="00176610" w:rsidRDefault="00000000">
      <w:r>
        <w:rPr>
          <w:b/>
        </w:rPr>
        <w:t xml:space="preserve">Submit to: </w:t>
      </w:r>
      <w:r>
        <w:t>office@absa.net</w:t>
      </w:r>
    </w:p>
    <w:p w14:paraId="341C9440" w14:textId="77777777" w:rsidR="00176610" w:rsidRDefault="00000000">
      <w:r>
        <w:rPr>
          <w:i/>
        </w:rPr>
        <w:t>Submission of an application does not guarantee selection or appointment.</w:t>
      </w:r>
    </w:p>
    <w:sectPr w:rsidR="00176610"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B8A6F" w14:textId="77777777" w:rsidR="00DB0C7A" w:rsidRDefault="00DB0C7A">
      <w:pPr>
        <w:spacing w:after="0" w:line="240" w:lineRule="auto"/>
      </w:pPr>
      <w:r>
        <w:separator/>
      </w:r>
    </w:p>
  </w:endnote>
  <w:endnote w:type="continuationSeparator" w:id="0">
    <w:p w14:paraId="6DBA08AD" w14:textId="77777777" w:rsidR="00DB0C7A" w:rsidRDefault="00DB0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197A" w14:textId="77777777" w:rsidR="00176610" w:rsidRDefault="00000000">
    <w:pPr>
      <w:pStyle w:val="Footer"/>
      <w:jc w:val="center"/>
    </w:pPr>
    <w:r>
      <w:rPr>
        <w:sz w:val="16"/>
      </w:rPr>
      <w:t>American Board of Surgical Assistants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6E83" w14:textId="77777777" w:rsidR="00DB0C7A" w:rsidRDefault="00DB0C7A">
      <w:pPr>
        <w:spacing w:after="0" w:line="240" w:lineRule="auto"/>
      </w:pPr>
      <w:r>
        <w:separator/>
      </w:r>
    </w:p>
  </w:footnote>
  <w:footnote w:type="continuationSeparator" w:id="0">
    <w:p w14:paraId="7BCB7FEF" w14:textId="77777777" w:rsidR="00DB0C7A" w:rsidRDefault="00DB0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6A8B" w14:textId="77777777" w:rsidR="00176610" w:rsidRDefault="00000000">
    <w:pPr>
      <w:pStyle w:val="Header"/>
      <w:jc w:val="center"/>
    </w:pPr>
    <w:r>
      <w:rPr>
        <w:b/>
        <w:color w:val="1F4E79"/>
        <w:sz w:val="26"/>
      </w:rPr>
      <w:t>AMERICAN BOARD OF SURGICAL ASSISTANTS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0257198">
    <w:abstractNumId w:val="8"/>
  </w:num>
  <w:num w:numId="2" w16cid:durableId="1964387518">
    <w:abstractNumId w:val="6"/>
  </w:num>
  <w:num w:numId="3" w16cid:durableId="504630871">
    <w:abstractNumId w:val="5"/>
  </w:num>
  <w:num w:numId="4" w16cid:durableId="1508447474">
    <w:abstractNumId w:val="4"/>
  </w:num>
  <w:num w:numId="5" w16cid:durableId="49353174">
    <w:abstractNumId w:val="7"/>
  </w:num>
  <w:num w:numId="6" w16cid:durableId="910887436">
    <w:abstractNumId w:val="3"/>
  </w:num>
  <w:num w:numId="7" w16cid:durableId="1724020427">
    <w:abstractNumId w:val="2"/>
  </w:num>
  <w:num w:numId="8" w16cid:durableId="1329096305">
    <w:abstractNumId w:val="1"/>
  </w:num>
  <w:num w:numId="9" w16cid:durableId="105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610"/>
    <w:rsid w:val="0029639D"/>
    <w:rsid w:val="00326F90"/>
    <w:rsid w:val="0088060D"/>
    <w:rsid w:val="00AA1D8D"/>
    <w:rsid w:val="00B47730"/>
    <w:rsid w:val="00CB0664"/>
    <w:rsid w:val="00D8471A"/>
    <w:rsid w:val="00DB0C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7097F7"/>
  <w14:defaultImageDpi w14:val="300"/>
  <w15:docId w15:val="{C65256C9-C238-4742-8249-C36437F4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Veronica Stewart</cp:lastModifiedBy>
  <cp:revision>2</cp:revision>
  <dcterms:created xsi:type="dcterms:W3CDTF">2026-09-30T15:04:00Z</dcterms:created>
  <dcterms:modified xsi:type="dcterms:W3CDTF">2026-09-30T15:04:00Z</dcterms:modified>
  <cp:category/>
</cp:coreProperties>
</file>